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A959" w14:textId="77777777" w:rsidR="00A16088" w:rsidRDefault="00000000">
      <w:pPr>
        <w:spacing w:after="0" w:line="240" w:lineRule="auto"/>
      </w:pPr>
      <w:r>
        <w:rPr>
          <w:b/>
        </w:rPr>
        <w:t>MN Department of Human Services</w:t>
      </w:r>
    </w:p>
    <w:p w14:paraId="1ADBC26E" w14:textId="77777777" w:rsidR="00A16088" w:rsidRDefault="00000000">
      <w:pPr>
        <w:spacing w:after="0" w:line="240" w:lineRule="auto"/>
      </w:pPr>
      <w:r>
        <w:rPr>
          <w:b/>
        </w:rPr>
        <w:t>Office of Inspector General</w:t>
      </w:r>
    </w:p>
    <w:p w14:paraId="7BBEBC9D" w14:textId="77777777" w:rsidR="00A16088" w:rsidRDefault="00000000">
      <w:pPr>
        <w:spacing w:after="0" w:line="240" w:lineRule="auto"/>
      </w:pPr>
      <w:r>
        <w:rPr>
          <w:b/>
        </w:rPr>
        <w:t>Licensing Division</w:t>
      </w:r>
    </w:p>
    <w:p w14:paraId="5F56DE40" w14:textId="77777777" w:rsidR="00A16088" w:rsidRDefault="00000000">
      <w:pPr>
        <w:spacing w:after="0" w:line="240" w:lineRule="auto"/>
      </w:pPr>
      <w:r>
        <w:rPr>
          <w:b/>
        </w:rPr>
        <w:t>245A SAMPLE POLICY for EW AFC</w:t>
      </w:r>
    </w:p>
    <w:p w14:paraId="229929F9" w14:textId="77777777" w:rsidR="00A16088" w:rsidRDefault="00A16088">
      <w:pPr>
        <w:spacing w:after="0" w:line="240" w:lineRule="auto"/>
      </w:pPr>
    </w:p>
    <w:p w14:paraId="68EBFE6F" w14:textId="77777777" w:rsidR="00A16088" w:rsidRDefault="00000000">
      <w:pPr>
        <w:spacing w:after="0" w:line="240" w:lineRule="auto"/>
        <w:jc w:val="center"/>
      </w:pPr>
      <w:r>
        <w:rPr>
          <w:b/>
          <w:sz w:val="24"/>
        </w:rPr>
        <w:t>Adult Foster Care Service Termination Policy</w:t>
      </w:r>
    </w:p>
    <w:p w14:paraId="408CE561" w14:textId="77777777" w:rsidR="00A16088" w:rsidRDefault="00000000">
      <w:pPr>
        <w:spacing w:after="120" w:line="240" w:lineRule="auto"/>
        <w:jc w:val="center"/>
      </w:pPr>
      <w:r>
        <w:rPr>
          <w:b/>
          <w:sz w:val="21"/>
        </w:rPr>
        <w:t>Programs that serve individuals funded by Elderly Waiver</w:t>
      </w:r>
    </w:p>
    <w:p w14:paraId="78489A25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REQUIREMENTS FOR USE OF THIS SAMPLE DOCUMENT: 245A adult foster care license holders</w:t>
      </w:r>
    </w:p>
    <w:p w14:paraId="144E6A77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providing services to people on Elderly Waiver are responsible for modifying this sample for use in</w:t>
      </w:r>
    </w:p>
    <w:p w14:paraId="1F5715CC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their program. At a minimum, you must fill in the BOLD AREAS on this form. You may modify the</w:t>
      </w:r>
    </w:p>
    <w:p w14:paraId="6AEC0049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format and content to meet standards used by your program. This sample meets compliance with</w:t>
      </w:r>
    </w:p>
    <w:p w14:paraId="7AD3CDCD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current pending licensing requirements as of August 1, 2017. Providers remain responsible for</w:t>
      </w:r>
    </w:p>
    <w:p w14:paraId="2A8B3739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reading, understanding and ensuring that this document conforms to current licensing requirements.</w:t>
      </w:r>
    </w:p>
    <w:p w14:paraId="39D24206" w14:textId="77777777" w:rsidR="00A16088" w:rsidRDefault="00000000">
      <w:pPr>
        <w:spacing w:after="0" w:line="240" w:lineRule="auto"/>
        <w:jc w:val="center"/>
      </w:pPr>
      <w:r>
        <w:rPr>
          <w:b/>
          <w:sz w:val="19"/>
        </w:rPr>
        <w:t>DELETE THIS SECTION TO BEGIN MODIFYING THIS FORM.</w:t>
      </w:r>
    </w:p>
    <w:p w14:paraId="523BC27C" w14:textId="77777777" w:rsidR="00A16088" w:rsidRDefault="00A16088">
      <w:pPr>
        <w:spacing w:after="60" w:line="240" w:lineRule="auto"/>
      </w:pPr>
    </w:p>
    <w:p w14:paraId="59A0F4E0" w14:textId="77777777" w:rsidR="00A16088" w:rsidRDefault="00000000">
      <w:pPr>
        <w:spacing w:line="240" w:lineRule="auto"/>
      </w:pPr>
      <w:r>
        <w:rPr>
          <w:b/>
        </w:rPr>
        <w:t xml:space="preserve">Program Name: </w:t>
      </w:r>
      <w:r>
        <w:t>_______________________________________________________________</w:t>
      </w:r>
    </w:p>
    <w:p w14:paraId="0EDF0973" w14:textId="77777777" w:rsidR="00A16088" w:rsidRDefault="00000000">
      <w:pPr>
        <w:spacing w:after="80" w:line="240" w:lineRule="auto"/>
      </w:pPr>
      <w:r>
        <w:rPr>
          <w:b/>
        </w:rPr>
        <w:t>I. Policy</w:t>
      </w:r>
    </w:p>
    <w:p w14:paraId="1D7A2C9D" w14:textId="77777777" w:rsidR="00A16088" w:rsidRDefault="00000000">
      <w:pPr>
        <w:spacing w:after="0" w:line="240" w:lineRule="auto"/>
        <w:ind w:left="403"/>
      </w:pPr>
      <w:r>
        <w:t xml:space="preserve">It is the policy of this DHS 245A adult foster care licensed provider </w:t>
      </w:r>
      <w:r>
        <w:rPr>
          <w:b/>
        </w:rPr>
        <w:t>(insert program name)</w:t>
      </w:r>
      <w:r>
        <w:t xml:space="preserve"> to ensure</w:t>
      </w:r>
    </w:p>
    <w:p w14:paraId="730E4079" w14:textId="77777777" w:rsidR="00A16088" w:rsidRDefault="00000000">
      <w:pPr>
        <w:spacing w:after="0" w:line="240" w:lineRule="auto"/>
        <w:ind w:left="403"/>
      </w:pPr>
      <w:r>
        <w:t>our procedures for service termination promote continuity of care and service coordination for</w:t>
      </w:r>
    </w:p>
    <w:p w14:paraId="04CC6011" w14:textId="77777777" w:rsidR="00A16088" w:rsidRDefault="00000000">
      <w:pPr>
        <w:spacing w:after="160" w:line="240" w:lineRule="auto"/>
        <w:ind w:left="403"/>
      </w:pPr>
      <w:r>
        <w:t>persons receiving adult foster care.</w:t>
      </w:r>
    </w:p>
    <w:p w14:paraId="2F8E1444" w14:textId="77777777" w:rsidR="00A16088" w:rsidRDefault="00000000">
      <w:pPr>
        <w:spacing w:after="80" w:line="240" w:lineRule="auto"/>
      </w:pPr>
      <w:r>
        <w:rPr>
          <w:b/>
        </w:rPr>
        <w:t>II. Procedures</w:t>
      </w:r>
    </w:p>
    <w:p w14:paraId="78AC2EFF" w14:textId="77777777" w:rsidR="00A16088" w:rsidRDefault="00000000">
      <w:pPr>
        <w:spacing w:after="0" w:line="240" w:lineRule="auto"/>
        <w:ind w:left="403"/>
      </w:pPr>
      <w:r>
        <w:t>A. This program must permit each person to remain in the program and must not terminate</w:t>
      </w:r>
    </w:p>
    <w:p w14:paraId="0093D29E" w14:textId="77777777" w:rsidR="00A16088" w:rsidRDefault="00000000">
      <w:pPr>
        <w:spacing w:after="0" w:line="240" w:lineRule="auto"/>
        <w:ind w:left="749"/>
      </w:pPr>
      <w:r>
        <w:t>services unless:</w:t>
      </w:r>
    </w:p>
    <w:p w14:paraId="4203B31E" w14:textId="77777777" w:rsidR="00A16088" w:rsidRDefault="00000000">
      <w:pPr>
        <w:spacing w:after="0" w:line="240" w:lineRule="auto"/>
        <w:ind w:left="1037"/>
      </w:pPr>
      <w:r>
        <w:t>1. The termination is necessary for the person's welfare and the person's needs cannot be met</w:t>
      </w:r>
    </w:p>
    <w:p w14:paraId="22FB56D3" w14:textId="77777777" w:rsidR="00A16088" w:rsidRDefault="00000000">
      <w:pPr>
        <w:spacing w:after="0" w:line="240" w:lineRule="auto"/>
        <w:ind w:left="1037"/>
      </w:pPr>
      <w:r>
        <w:t xml:space="preserve">   in the facility;</w:t>
      </w:r>
    </w:p>
    <w:p w14:paraId="1F3EA230" w14:textId="77777777" w:rsidR="00A16088" w:rsidRDefault="00000000">
      <w:pPr>
        <w:spacing w:after="0" w:line="240" w:lineRule="auto"/>
        <w:ind w:left="1037"/>
      </w:pPr>
      <w:r>
        <w:t>2. The safety of the person or others in the program is endangered and positive support</w:t>
      </w:r>
    </w:p>
    <w:p w14:paraId="40E0D47E" w14:textId="77777777" w:rsidR="00A16088" w:rsidRDefault="00000000">
      <w:pPr>
        <w:spacing w:after="0" w:line="240" w:lineRule="auto"/>
        <w:ind w:left="1037"/>
      </w:pPr>
      <w:r>
        <w:t xml:space="preserve">   strategies were attempted and have not achieved and effectively maintained safety for the</w:t>
      </w:r>
    </w:p>
    <w:p w14:paraId="0C44C370" w14:textId="77777777" w:rsidR="00A16088" w:rsidRDefault="00000000">
      <w:pPr>
        <w:spacing w:after="0" w:line="240" w:lineRule="auto"/>
        <w:ind w:left="1037"/>
      </w:pPr>
      <w:r>
        <w:t xml:space="preserve">   person or others;</w:t>
      </w:r>
    </w:p>
    <w:p w14:paraId="450A551D" w14:textId="77777777" w:rsidR="00A16088" w:rsidRDefault="00000000">
      <w:pPr>
        <w:spacing w:after="0" w:line="240" w:lineRule="auto"/>
        <w:ind w:left="1037"/>
      </w:pPr>
      <w:r>
        <w:t>3. The health, safety and well-being of the person or others in the program would otherwise</w:t>
      </w:r>
    </w:p>
    <w:p w14:paraId="38700091" w14:textId="77777777" w:rsidR="00A16088" w:rsidRDefault="00000000">
      <w:pPr>
        <w:spacing w:after="0" w:line="240" w:lineRule="auto"/>
        <w:ind w:left="1037"/>
      </w:pPr>
      <w:r>
        <w:t xml:space="preserve">   be endangered;</w:t>
      </w:r>
    </w:p>
    <w:p w14:paraId="3BD29C02" w14:textId="77777777" w:rsidR="00A16088" w:rsidRDefault="00000000">
      <w:pPr>
        <w:spacing w:after="0" w:line="240" w:lineRule="auto"/>
        <w:ind w:left="1037"/>
      </w:pPr>
      <w:r>
        <w:t>4. The program has not been paid for services;</w:t>
      </w:r>
    </w:p>
    <w:p w14:paraId="19B7D0B2" w14:textId="77777777" w:rsidR="00A16088" w:rsidRDefault="00000000">
      <w:pPr>
        <w:spacing w:after="0" w:line="240" w:lineRule="auto"/>
        <w:ind w:left="1037"/>
      </w:pPr>
      <w:r>
        <w:t>5. The program ceases to operate; or</w:t>
      </w:r>
    </w:p>
    <w:p w14:paraId="3BCDF995" w14:textId="77777777" w:rsidR="00A16088" w:rsidRDefault="00000000">
      <w:pPr>
        <w:spacing w:after="0" w:line="240" w:lineRule="auto"/>
        <w:ind w:left="1037"/>
      </w:pPr>
      <w:r>
        <w:t>6. The person has been terminated by the lead agency from waiver eligibility.</w:t>
      </w:r>
    </w:p>
    <w:p w14:paraId="67EC9674" w14:textId="77777777" w:rsidR="00A16088" w:rsidRDefault="00A16088">
      <w:pPr>
        <w:spacing w:after="60" w:line="240" w:lineRule="auto"/>
      </w:pPr>
    </w:p>
    <w:p w14:paraId="7A54CB5C" w14:textId="77777777" w:rsidR="00A16088" w:rsidRDefault="00000000">
      <w:pPr>
        <w:spacing w:after="0" w:line="240" w:lineRule="auto"/>
        <w:ind w:left="403"/>
      </w:pPr>
      <w:r>
        <w:t>B. Prior to giving notice of service termination this program must document the actions taken to</w:t>
      </w:r>
    </w:p>
    <w:p w14:paraId="220A85DB" w14:textId="77777777" w:rsidR="00A16088" w:rsidRDefault="00000000">
      <w:pPr>
        <w:spacing w:after="0" w:line="240" w:lineRule="auto"/>
        <w:ind w:left="749"/>
      </w:pPr>
      <w:r>
        <w:t>minimize or eliminate the need for termination.</w:t>
      </w:r>
    </w:p>
    <w:p w14:paraId="08BDD8BC" w14:textId="77777777" w:rsidR="00A16088" w:rsidRDefault="00000000">
      <w:pPr>
        <w:spacing w:after="0" w:line="240" w:lineRule="auto"/>
        <w:ind w:left="1037"/>
      </w:pPr>
      <w:r>
        <w:t>1. Action taken by the adult foster care program must include, at a minimum:</w:t>
      </w:r>
    </w:p>
    <w:p w14:paraId="76306448" w14:textId="77777777" w:rsidR="00A16088" w:rsidRDefault="00000000">
      <w:pPr>
        <w:spacing w:after="0" w:line="240" w:lineRule="auto"/>
        <w:ind w:left="1368"/>
      </w:pPr>
      <w:r>
        <w:t>a. Consultation with the person’s interdisciplinary team to identify and resolve issues</w:t>
      </w:r>
    </w:p>
    <w:p w14:paraId="39842301" w14:textId="77777777" w:rsidR="00A16088" w:rsidRDefault="00000000">
      <w:pPr>
        <w:spacing w:after="0" w:line="240" w:lineRule="auto"/>
        <w:ind w:left="1685"/>
      </w:pPr>
      <w:r>
        <w:t>leading to a notice of service termination; and</w:t>
      </w:r>
    </w:p>
    <w:p w14:paraId="1D3FB927" w14:textId="77777777" w:rsidR="00A16088" w:rsidRDefault="00000000">
      <w:pPr>
        <w:spacing w:after="0" w:line="240" w:lineRule="auto"/>
        <w:ind w:left="1368"/>
      </w:pPr>
      <w:r>
        <w:t>b. A request to the case manager or other professional consultation or intervention</w:t>
      </w:r>
    </w:p>
    <w:p w14:paraId="30AED434" w14:textId="77777777" w:rsidR="00A16088" w:rsidRDefault="00000000">
      <w:pPr>
        <w:spacing w:after="0" w:line="240" w:lineRule="auto"/>
        <w:ind w:left="1685"/>
      </w:pPr>
      <w:r>
        <w:t>services to support the person in the program.</w:t>
      </w:r>
    </w:p>
    <w:p w14:paraId="3E0F89DC" w14:textId="77777777" w:rsidR="00A16088" w:rsidRDefault="00000000">
      <w:pPr>
        <w:spacing w:after="0"/>
      </w:pPr>
      <w:r>
        <w:br w:type="page"/>
      </w:r>
    </w:p>
    <w:p w14:paraId="752894E3" w14:textId="77777777" w:rsidR="00A16088" w:rsidRDefault="00000000">
      <w:pPr>
        <w:spacing w:after="0" w:line="240" w:lineRule="auto"/>
        <w:ind w:left="1685"/>
      </w:pPr>
      <w:r>
        <w:lastRenderedPageBreak/>
        <w:t>The request to the case manager or other professional consultation or intervention service</w:t>
      </w:r>
    </w:p>
    <w:p w14:paraId="30E4ABBF" w14:textId="77777777" w:rsidR="00A16088" w:rsidRDefault="00000000">
      <w:pPr>
        <w:spacing w:after="0" w:line="240" w:lineRule="auto"/>
        <w:ind w:left="1685"/>
      </w:pPr>
      <w:r>
        <w:t>will not be made for service termination notices issued because the program has not been</w:t>
      </w:r>
    </w:p>
    <w:p w14:paraId="4F9D8BC9" w14:textId="77777777" w:rsidR="00A16088" w:rsidRDefault="00000000">
      <w:pPr>
        <w:spacing w:after="0" w:line="240" w:lineRule="auto"/>
        <w:ind w:left="1685"/>
      </w:pPr>
      <w:r>
        <w:t>paid for services or the program ceases to operate.</w:t>
      </w:r>
    </w:p>
    <w:p w14:paraId="6A089035" w14:textId="77777777" w:rsidR="00A16088" w:rsidRDefault="00000000">
      <w:pPr>
        <w:spacing w:after="0" w:line="240" w:lineRule="auto"/>
        <w:ind w:left="1037"/>
      </w:pPr>
      <w:r>
        <w:t>2. If, based on the best interests of the person, the circumstances at the time of the notice</w:t>
      </w:r>
    </w:p>
    <w:p w14:paraId="65913A90" w14:textId="77777777" w:rsidR="00A16088" w:rsidRDefault="00000000">
      <w:pPr>
        <w:spacing w:after="0" w:line="240" w:lineRule="auto"/>
        <w:ind w:left="1368"/>
      </w:pPr>
      <w:r>
        <w:t>were such that the program was unable to consult with the person’s interdisciplinary team,</w:t>
      </w:r>
    </w:p>
    <w:p w14:paraId="0F808314" w14:textId="77777777" w:rsidR="00A16088" w:rsidRDefault="00000000">
      <w:pPr>
        <w:spacing w:after="0" w:line="240" w:lineRule="auto"/>
        <w:ind w:left="1368"/>
      </w:pPr>
      <w:r>
        <w:t>other professional consultation or request interventions services, the program must</w:t>
      </w:r>
    </w:p>
    <w:p w14:paraId="503144CC" w14:textId="77777777" w:rsidR="00A16088" w:rsidRDefault="00000000">
      <w:pPr>
        <w:spacing w:after="160" w:line="240" w:lineRule="auto"/>
        <w:ind w:left="1368"/>
      </w:pPr>
      <w:r>
        <w:t>document the specific circumstances and the reason for being unable to do so.</w:t>
      </w:r>
    </w:p>
    <w:p w14:paraId="0D29183C" w14:textId="77777777" w:rsidR="00A16088" w:rsidRDefault="00000000">
      <w:pPr>
        <w:spacing w:after="0" w:line="240" w:lineRule="auto"/>
        <w:ind w:left="403"/>
      </w:pPr>
      <w:r>
        <w:t>C. The notice of service termination must meet the following requirements:</w:t>
      </w:r>
    </w:p>
    <w:p w14:paraId="7C936C44" w14:textId="77777777" w:rsidR="00A16088" w:rsidRDefault="00000000">
      <w:pPr>
        <w:spacing w:after="0" w:line="240" w:lineRule="auto"/>
        <w:ind w:left="1037"/>
      </w:pPr>
      <w:r>
        <w:t>1. This program must notify the person or the person’s legal representative and the case</w:t>
      </w:r>
    </w:p>
    <w:p w14:paraId="3EAD6EEE" w14:textId="77777777" w:rsidR="00A16088" w:rsidRDefault="00000000">
      <w:pPr>
        <w:spacing w:after="0" w:line="240" w:lineRule="auto"/>
        <w:ind w:left="1368"/>
      </w:pPr>
      <w:r>
        <w:t>manager in writing of the intended service termination.</w:t>
      </w:r>
    </w:p>
    <w:p w14:paraId="1E856E9D" w14:textId="77777777" w:rsidR="00A16088" w:rsidRDefault="00000000">
      <w:pPr>
        <w:spacing w:after="0" w:line="240" w:lineRule="auto"/>
        <w:ind w:left="1037"/>
      </w:pPr>
      <w:r>
        <w:t>2. The written notice of a proposed service termination must include all of the following</w:t>
      </w:r>
    </w:p>
    <w:p w14:paraId="7FF141D1" w14:textId="77777777" w:rsidR="00A16088" w:rsidRDefault="00000000">
      <w:pPr>
        <w:spacing w:after="0" w:line="240" w:lineRule="auto"/>
        <w:ind w:left="1368"/>
      </w:pPr>
      <w:r>
        <w:t>elements:</w:t>
      </w:r>
    </w:p>
    <w:p w14:paraId="6576E563" w14:textId="77777777" w:rsidR="00A16088" w:rsidRDefault="00000000">
      <w:pPr>
        <w:spacing w:after="0" w:line="240" w:lineRule="auto"/>
        <w:ind w:left="1368"/>
      </w:pPr>
      <w:r>
        <w:t>a. The reason for the action;</w:t>
      </w:r>
    </w:p>
    <w:p w14:paraId="1D4AE78D" w14:textId="77777777" w:rsidR="00A16088" w:rsidRDefault="00000000">
      <w:pPr>
        <w:spacing w:after="0" w:line="240" w:lineRule="auto"/>
        <w:ind w:left="1368"/>
      </w:pPr>
      <w:r>
        <w:t>b. A summary of actions taken to minimize or eliminate the need for service termination or</w:t>
      </w:r>
    </w:p>
    <w:p w14:paraId="5DA1C4DE" w14:textId="77777777" w:rsidR="00A16088" w:rsidRDefault="00000000">
      <w:pPr>
        <w:spacing w:after="0" w:line="240" w:lineRule="auto"/>
        <w:ind w:left="1685"/>
      </w:pPr>
      <w:r>
        <w:t>temporary service suspension, and why these actions failed to prevent the termination</w:t>
      </w:r>
    </w:p>
    <w:p w14:paraId="220A5EC7" w14:textId="77777777" w:rsidR="00A16088" w:rsidRDefault="00000000">
      <w:pPr>
        <w:spacing w:after="0" w:line="240" w:lineRule="auto"/>
        <w:ind w:left="1685"/>
      </w:pPr>
      <w:r>
        <w:t>or suspension. A summary of actions is not required when service termination is a result</w:t>
      </w:r>
    </w:p>
    <w:p w14:paraId="02E2C1E0" w14:textId="77777777" w:rsidR="00A16088" w:rsidRDefault="00000000">
      <w:pPr>
        <w:spacing w:after="0" w:line="240" w:lineRule="auto"/>
        <w:ind w:left="1685"/>
      </w:pPr>
      <w:r>
        <w:t>of the program ceasing operation or because the program has not been paid for</w:t>
      </w:r>
    </w:p>
    <w:p w14:paraId="50347016" w14:textId="77777777" w:rsidR="00A16088" w:rsidRDefault="00000000">
      <w:pPr>
        <w:spacing w:after="0" w:line="240" w:lineRule="auto"/>
        <w:ind w:left="1685"/>
      </w:pPr>
      <w:r>
        <w:t>services;</w:t>
      </w:r>
    </w:p>
    <w:p w14:paraId="06BCE14D" w14:textId="77777777" w:rsidR="00A16088" w:rsidRDefault="00000000">
      <w:pPr>
        <w:spacing w:after="0" w:line="240" w:lineRule="auto"/>
        <w:ind w:left="1368"/>
      </w:pPr>
      <w:r>
        <w:t>c. The person's right to appeal the termination of services under Minnesota Statutes,</w:t>
      </w:r>
    </w:p>
    <w:p w14:paraId="171C0145" w14:textId="77777777" w:rsidR="00A16088" w:rsidRDefault="00000000">
      <w:pPr>
        <w:spacing w:after="0" w:line="240" w:lineRule="auto"/>
        <w:ind w:left="1685"/>
      </w:pPr>
      <w:r>
        <w:t>section 256.045, subdivision 3, paragraph (a); and</w:t>
      </w:r>
    </w:p>
    <w:p w14:paraId="286973AF" w14:textId="77777777" w:rsidR="00A16088" w:rsidRDefault="00000000">
      <w:pPr>
        <w:spacing w:after="0" w:line="240" w:lineRule="auto"/>
        <w:ind w:left="1368"/>
      </w:pPr>
      <w:r>
        <w:t>d. The person's right to seek a temporary order staying the termination of services</w:t>
      </w:r>
    </w:p>
    <w:p w14:paraId="7087BC37" w14:textId="77777777" w:rsidR="00A16088" w:rsidRDefault="00000000">
      <w:pPr>
        <w:spacing w:after="0" w:line="240" w:lineRule="auto"/>
        <w:ind w:left="1685"/>
      </w:pPr>
      <w:r>
        <w:t>according to the procedures in section 256.045, subdivision 4a or 6, paragraph (c).</w:t>
      </w:r>
    </w:p>
    <w:p w14:paraId="224C7A4D" w14:textId="77777777" w:rsidR="00A16088" w:rsidRDefault="00000000">
      <w:pPr>
        <w:spacing w:after="0" w:line="240" w:lineRule="auto"/>
        <w:ind w:left="1037"/>
      </w:pPr>
      <w:r>
        <w:t>3. The written notice of a proposed service termination must be given at least 30 days before</w:t>
      </w:r>
    </w:p>
    <w:p w14:paraId="6AFC9A3C" w14:textId="77777777" w:rsidR="00A16088" w:rsidRDefault="00000000">
      <w:pPr>
        <w:spacing w:after="160" w:line="240" w:lineRule="auto"/>
        <w:ind w:left="1368"/>
      </w:pPr>
      <w:r>
        <w:t>terminating a person’s service.</w:t>
      </w:r>
    </w:p>
    <w:p w14:paraId="77B5EDD3" w14:textId="77777777" w:rsidR="00A16088" w:rsidRDefault="00000000">
      <w:pPr>
        <w:spacing w:after="0" w:line="240" w:lineRule="auto"/>
        <w:ind w:left="403"/>
      </w:pPr>
      <w:r>
        <w:t>D. During the 30-day service termination notice period, the program must:</w:t>
      </w:r>
    </w:p>
    <w:p w14:paraId="1971A593" w14:textId="77777777" w:rsidR="00A16088" w:rsidRDefault="00000000">
      <w:pPr>
        <w:spacing w:after="0" w:line="240" w:lineRule="auto"/>
        <w:ind w:left="1037"/>
      </w:pPr>
      <w:r>
        <w:t>1. Work with the support team or expanded support team to develop reasonable alternatives</w:t>
      </w:r>
    </w:p>
    <w:p w14:paraId="37E9BDDD" w14:textId="77777777" w:rsidR="00A16088" w:rsidRDefault="00000000">
      <w:pPr>
        <w:spacing w:after="0" w:line="240" w:lineRule="auto"/>
        <w:ind w:left="1368"/>
      </w:pPr>
      <w:r>
        <w:t>to protect the person and others and to support continuity of care;</w:t>
      </w:r>
    </w:p>
    <w:p w14:paraId="1D258960" w14:textId="77777777" w:rsidR="00A16088" w:rsidRDefault="00000000">
      <w:pPr>
        <w:spacing w:after="0" w:line="240" w:lineRule="auto"/>
        <w:ind w:left="1037"/>
      </w:pPr>
      <w:r>
        <w:t>2. Provide information requested by the person or case manager; and</w:t>
      </w:r>
    </w:p>
    <w:p w14:paraId="4413E34B" w14:textId="77777777" w:rsidR="00A16088" w:rsidRDefault="00000000">
      <w:pPr>
        <w:spacing w:after="0" w:line="240" w:lineRule="auto"/>
        <w:ind w:left="1037"/>
      </w:pPr>
      <w:r>
        <w:t>3. Maintain information about the service termination, including the written notice of</w:t>
      </w:r>
    </w:p>
    <w:p w14:paraId="4A038FA9" w14:textId="77777777" w:rsidR="00A16088" w:rsidRDefault="00000000">
      <w:pPr>
        <w:spacing w:after="360" w:line="240" w:lineRule="auto"/>
        <w:ind w:left="1368"/>
      </w:pPr>
      <w:r>
        <w:t>intended service termination, in the person’s record.</w:t>
      </w:r>
    </w:p>
    <w:p w14:paraId="05AB10F4" w14:textId="77777777" w:rsidR="00A16088" w:rsidRDefault="00000000">
      <w:pPr>
        <w:spacing w:after="600" w:line="240" w:lineRule="auto"/>
      </w:pPr>
      <w:r>
        <w:t>Policy reviewed and authorized by:</w:t>
      </w:r>
    </w:p>
    <w:p w14:paraId="0EB609DB" w14:textId="77777777" w:rsidR="00A16088" w:rsidRDefault="00000000">
      <w:pPr>
        <w:spacing w:after="0" w:line="240" w:lineRule="auto"/>
      </w:pPr>
      <w:r>
        <w:t>_______________________________________________________________________________</w:t>
      </w:r>
    </w:p>
    <w:p w14:paraId="78A4C649" w14:textId="77777777" w:rsidR="00A16088" w:rsidRDefault="00000000">
      <w:pPr>
        <w:spacing w:after="0" w:line="240" w:lineRule="auto"/>
      </w:pPr>
      <w:r>
        <w:t>Print Name &amp; Title                  Signature                           Date</w:t>
      </w:r>
    </w:p>
    <w:sectPr w:rsidR="00A16088" w:rsidSect="00034616">
      <w:footerReference w:type="default" r:id="rId8"/>
      <w:pgSz w:w="12240" w:h="15840"/>
      <w:pgMar w:top="893" w:right="1037" w:bottom="792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AF610" w14:textId="77777777" w:rsidR="00AA18EA" w:rsidRDefault="00AA18EA">
      <w:pPr>
        <w:spacing w:after="0" w:line="240" w:lineRule="auto"/>
      </w:pPr>
      <w:r>
        <w:separator/>
      </w:r>
    </w:p>
  </w:endnote>
  <w:endnote w:type="continuationSeparator" w:id="0">
    <w:p w14:paraId="75CF63FB" w14:textId="77777777" w:rsidR="00AA18EA" w:rsidRDefault="00AA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7D55" w14:textId="77777777" w:rsidR="00A16088" w:rsidRDefault="00000000">
    <w:pPr>
      <w:pStyle w:val="Footer"/>
      <w:tabs>
        <w:tab w:val="left" w:pos="9288"/>
      </w:tabs>
      <w:jc w:val="center"/>
    </w:pPr>
    <w:r>
      <w:rPr>
        <w:sz w:val="16"/>
      </w:rPr>
      <w:t>Policy effective date: 04/2017</w:t>
    </w:r>
    <w:r>
      <w:rPr>
        <w:sz w:val="16"/>
      </w:rPr>
      <w:tab/>
      <w:t>Legal Authority:  MS § 245A.11, Subd. 11.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EE6E" w14:textId="77777777" w:rsidR="00AA18EA" w:rsidRDefault="00AA18EA">
      <w:pPr>
        <w:spacing w:after="0" w:line="240" w:lineRule="auto"/>
      </w:pPr>
      <w:r>
        <w:separator/>
      </w:r>
    </w:p>
  </w:footnote>
  <w:footnote w:type="continuationSeparator" w:id="0">
    <w:p w14:paraId="6FC92C3F" w14:textId="77777777" w:rsidR="00AA18EA" w:rsidRDefault="00AA1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2986770">
    <w:abstractNumId w:val="8"/>
  </w:num>
  <w:num w:numId="2" w16cid:durableId="1872574247">
    <w:abstractNumId w:val="6"/>
  </w:num>
  <w:num w:numId="3" w16cid:durableId="796410342">
    <w:abstractNumId w:val="5"/>
  </w:num>
  <w:num w:numId="4" w16cid:durableId="194270262">
    <w:abstractNumId w:val="4"/>
  </w:num>
  <w:num w:numId="5" w16cid:durableId="288360835">
    <w:abstractNumId w:val="7"/>
  </w:num>
  <w:num w:numId="6" w16cid:durableId="921991563">
    <w:abstractNumId w:val="3"/>
  </w:num>
  <w:num w:numId="7" w16cid:durableId="1280457344">
    <w:abstractNumId w:val="2"/>
  </w:num>
  <w:num w:numId="8" w16cid:durableId="1300306754">
    <w:abstractNumId w:val="1"/>
  </w:num>
  <w:num w:numId="9" w16cid:durableId="17211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8757F"/>
    <w:rsid w:val="00A16088"/>
    <w:rsid w:val="00AA18EA"/>
    <w:rsid w:val="00AA1D8D"/>
    <w:rsid w:val="00B47730"/>
    <w:rsid w:val="00CB0664"/>
    <w:rsid w:val="00DF268F"/>
    <w:rsid w:val="00F940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5802262-F395-4EA1-9B70-6E76FAD8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8866EFBF41D498F7CE19998C763D0" ma:contentTypeVersion="22" ma:contentTypeDescription="Create a new document." ma:contentTypeScope="" ma:versionID="29b9d03f7c5923dcd4d483a57a4daae6">
  <xsd:schema xmlns:xsd="http://www.w3.org/2001/XMLSchema" xmlns:xs="http://www.w3.org/2001/XMLSchema" xmlns:p="http://schemas.microsoft.com/office/2006/metadata/properties" xmlns:ns2="100e16be-ba04-451e-99b0-c2b36cf9e575" xmlns:ns3="6d1f4751-7261-47eb-a39f-3c099168a156" xmlns:ns4="5247ea59-7632-48e6-bc00-72f15bb7fb38" targetNamespace="http://schemas.microsoft.com/office/2006/metadata/properties" ma:root="true" ma:fieldsID="6ac8b92e2220beb5c8a64a0030453849" ns2:_="" ns3:_="" ns4:_="">
    <xsd:import namespace="100e16be-ba04-451e-99b0-c2b36cf9e575"/>
    <xsd:import namespace="6d1f4751-7261-47eb-a39f-3c099168a156"/>
    <xsd:import namespace="5247ea59-7632-48e6-bc00-72f15bb7f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e16be-ba04-451e-99b0-c2b36cf9e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40b0177-dd33-438c-912e-8b68433a1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f4751-7261-47eb-a39f-3c099168a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7ea59-7632-48e6-bc00-72f15bb7fb3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7b34fbb-40f1-4960-bd89-8f9792ce5ac4}" ma:internalName="TaxCatchAll" ma:showField="CatchAllData" ma:web="5247ea59-7632-48e6-bc00-72f15bb7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0e16be-ba04-451e-99b0-c2b36cf9e575">
      <Terms xmlns="http://schemas.microsoft.com/office/infopath/2007/PartnerControls"/>
    </lcf76f155ced4ddcb4097134ff3c332f>
    <TaxCatchAll xmlns="5247ea59-7632-48e6-bc00-72f15bb7fb3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91E49-2C0C-4187-86C0-ED3BFE833D7D}"/>
</file>

<file path=customXml/itemProps3.xml><?xml version="1.0" encoding="utf-8"?>
<ds:datastoreItem xmlns:ds="http://schemas.openxmlformats.org/officeDocument/2006/customXml" ds:itemID="{44AD8BC9-5B0B-4836-8B07-FB46DA8267EA}"/>
</file>

<file path=customXml/itemProps4.xml><?xml version="1.0" encoding="utf-8"?>
<ds:datastoreItem xmlns:ds="http://schemas.openxmlformats.org/officeDocument/2006/customXml" ds:itemID="{C0F0E507-E4FF-423B-886F-799FC1EE60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717</Words>
  <Characters>3920</Characters>
  <Application>Microsoft Office Word</Application>
  <DocSecurity>0</DocSecurity>
  <Lines>75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Nordby</dc:creator>
  <cp:keywords/>
  <dc:description>generated by python-docx</dc:description>
  <cp:lastModifiedBy>Lauren Nordby</cp:lastModifiedBy>
  <cp:revision>3</cp:revision>
  <dcterms:created xsi:type="dcterms:W3CDTF">2026-08-04T15:17:00Z</dcterms:created>
  <dcterms:modified xsi:type="dcterms:W3CDTF">2026-08-04T16:53:00Z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23e5bfa1-454e-43a5-826a-a277874f3d10</vt:lpwstr>
  </property>
  <property fmtid="{D5CDD505-2E9C-101B-9397-08002B2CF9AE}" pid="3" name="ContentTypeId">
    <vt:lpwstr>0x0101009048866EFBF41D498F7CE19998C763D0</vt:lpwstr>
  </property>
</Properties>
</file>